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מערכת המעקב אחר הכתיבה היומית ואת התגים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נתונים אישיים כמו רצף ימים ומספר כתיבות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בעזרת שאלות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הדבר שעזר בתהליך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במכשיר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תג ההתחלה ניתן אחרי כתיבה ראשונה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'איפוס המעקב'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התג 🏆 ניתן אחרי 30 כתיבות, 👑 ניתן אחרי 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תג להישג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(כתבתי פעם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(5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(10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(20 כתיבות)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(50 כתיבות)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התגים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🌱 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✏️ 5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🌟 10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🏅 20 כתיבות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👑 50 כתיבות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רגע של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מפורטת על כל אחת משלוש השאלות, בכנות ובדוגמה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המסבירה שתרגול קבוע משפר את הכתיבה ויוצר הרגל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כתיבות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כתיבות הן הסך הכול, ורצף הוא ימים רצופים בלי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המתאר כלי או הרגל שעזר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במחשב הכיתה ולהראות לתלמידים את הלוח האמיתי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וכנות ולא לתקן תוכן, רק 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מקום שרואים בו כמה פעמים כתבתם וכמה תגים קיבלתם. נתרגל להבין את המילים האלה ונכתוב קצת על 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ימים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ימים ברצף כתבתי בלי לפספס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קטן שמקבלים כשמגיעים להישג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מעקב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רישום של מה שעשיתי כדי לראות התקדמות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של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ולחשוב על מה שקרה ולמה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שומרים את כל הכתיבות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למחוק את כל הנתונים ולהתחיל מחדש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פעמים צריך לכתוב כדי לקבל את התג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רואים בלוח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השאלה הזו שואלת?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תוכן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הדבר שעזר בתהליך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המילים שכתבתי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התג שקיבלתי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כתיבות צריך בשביל התג עם הכתר?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שומרים את המידע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בשרת מרוחק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במכשיר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הנתונים באתר נשמרים רק במכשיר ולא נשלחים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לקבל את תג ההתחלה צריך לכתוב 20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לאפס את המעקב ולהתחיל מחדש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התג 🏆 ניתן אחרי 50 כתיבות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התג 🌱 מסמל __________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__________ כתיבות מקבלים את התג 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המקום שבו שומרים את כל הכתיבות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כפתור ה__________ מוחק את כל הנתונים ומתחיל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תג להישג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🌱 התחלה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✏️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כתבתי פעם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20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🏅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50 כתיבות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5 כתיבות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התגים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✏️ 5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👑 50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🏅 20 כתיבות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🌱 התחלה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🌟 10 כתיבות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רגע של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ענו בכתב על שלוש השאלות: מה הכי הצליח לי השבוע? מה עזר לי לכתוב? מה אנסה בפעם הבאה?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לשמור על רצף ימים בכתיבה ולא רק לכתוב פעם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כתיבות צריך כדי לקבל את התג 🏅?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'כתיבות' לבין 'ימים ברצף'?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שעונה על 'מה עזר לי לכתוב השבוע'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כל 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